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Société d’accueil social et communautaire de ressources adaptées et personnelles</w:t>
      </w:r>
    </w:p>
    <w:p>
      <w:r>
        <w:t>[Adresse de l’organisme]</w:t>
        <w:br/>
        <w:t>[Téléphone de la réception] • [Courriel de la réception]</w:t>
      </w:r>
    </w:p>
    <w:p>
      <w:r>
        <w:t>[Lieu], le [date]</w:t>
      </w:r>
    </w:p>
    <w:p>
      <w:r>
        <w:t>[Prénom et nom du destinataire]</w:t>
        <w:br/>
        <w:t>[Adresse]</w:t>
        <w:br/>
        <w:t>[Ville] ([Province])  [Code postal]</w:t>
      </w:r>
    </w:p>
    <w:p>
      <w:pPr>
        <w:pStyle w:val="Heading2"/>
      </w:pPr>
      <w:r>
        <w:t>Objet : [Objet précis de la lettre]</w:t>
      </w:r>
    </w:p>
    <w:p>
      <w:r>
        <w:t>[Madame, Monsieur ou formule d’appel convenue],</w:t>
      </w:r>
    </w:p>
    <w:p>
      <w:r>
        <w:t>[Présenter brièvement la raison de la correspondance.]</w:t>
      </w:r>
    </w:p>
    <w:p>
      <w:r>
        <w:t>[Expliquer les renseignements utiles et indiquer clairement la démarche attendue, la date ou les modalités du rendez-vous.]</w:t>
      </w:r>
    </w:p>
    <w:p>
      <w:r>
        <w:t>[Ajouter, au besoin, les coordonnées de la personne à joindre pour obtenir des précisions.]</w:t>
      </w:r>
    </w:p>
    <w:p>
      <w:r>
        <w:t>Veuillez recevoir mes salutations distinguées.</w:t>
      </w:r>
    </w:p>
    <w:p>
      <w:r>
        <w:rPr>
          <w:b/>
          <w:color w:val="007D8A"/>
          <w:sz w:val="34"/>
        </w:rPr>
        <w:t>Micheline Champagne</w:t>
      </w:r>
    </w:p>
    <w:p>
      <w:pPr>
        <w:pBdr>
          <w:left w:val="single" w:sz="18" w:space="9" w:color="007D8A"/>
        </w:pBdr>
      </w:pPr>
      <w:r>
        <w:t>Psychologue</w:t>
        <w:br/>
        <w:t>Téléphone : [numéro et poste]</w:t>
        <w:br/>
        <w:t>Courriel : [adresse professionnelle]</w:t>
        <w:br/>
        <w:t>Adresse : [adresse professionnelle]</w:t>
      </w:r>
    </w:p>
    <w:p>
      <w:pPr>
        <w:pStyle w:val="Caption"/>
      </w:pPr>
      <w:r>
        <w:t>[Initiales, pièces jointes ou copie conforme, si nécessaire]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Dossier de démonstration  •  </w:t>
    </w:r>
    <w:r>
      <w:rPr>
        <w:sz w:val="16"/>
      </w:rPr>
      <w:fldChar w:fldCharType="begin" w:dirty="true"/>
    </w:r>
    <w:r>
      <w:rPr>
        <w:sz w:val="16"/>
      </w:rPr>
      <w:instrText xml:space="preserve"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26477"/>
        <w:sz w:val="16"/>
      </w:rPr>
      <w:t>Correspondance — Service de psychologie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6324F"/>
      <w:sz w:val="22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7D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6324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60"/>
    </w:pPr>
    <w:rPr>
      <w:rFonts w:asciiTheme="majorHAnsi" w:eastAsiaTheme="majorEastAsia" w:hAnsiTheme="majorHAnsi" w:cstheme="majorBidi" w:ascii="Calibri" w:hAnsi="Calibri"/>
      <w:b w:val="0"/>
      <w:i/>
      <w:iCs/>
      <w:color w:val="007D8A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 — Service de psychologie</dc:title>
  <dc:subject/>
  <dc:creator>[Nom à compléter]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