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[Prénom et nom]</w:t>
      </w:r>
    </w:p>
    <w:p>
      <w:pPr>
        <w:pStyle w:val="Subtitle"/>
      </w:pPr>
      <w:r>
        <w:t>Curriculum vitæ</w:t>
      </w:r>
    </w:p>
    <w:p>
      <w:r>
        <w:t>[Ville, province] • [Téléphone] • [Courriel professionnel]</w:t>
        <w:br/>
        <w:t>[Profil professionnel en ligne, si pertinent]</w:t>
      </w:r>
    </w:p>
    <w:p>
      <w:pPr>
        <w:pStyle w:val="Caption"/>
      </w:pPr>
      <w:r>
        <w:t>TRAME À PERSONNALISER — Renseignements personnels non fournis. Retirer cette mention après avoir complété et vérifié chaque fait. Si une équivalence ou substitution 00V6 s’applique, suivre les consignes de l’établissement.</w:t>
      </w:r>
    </w:p>
    <w:p>
      <w:pPr>
        <w:pStyle w:val="Heading2"/>
      </w:pPr>
      <w:r>
        <w:t>Profil professionnel</w:t>
      </w:r>
    </w:p>
    <w:p>
      <w:r>
        <w:t>[Fonction ou domaine d’expérience réel]. [Nombre d’années, si pertinent] d’expérience en [activités vérifiables]. Intérêt pour un poste en [fonction visée]. [Deux compétences illustrées par des réalisations réelles].</w:t>
      </w:r>
    </w:p>
    <w:p>
      <w:pPr>
        <w:pStyle w:val="Heading2"/>
      </w:pPr>
      <w:r>
        <w:t>Compétences</w:t>
      </w:r>
    </w:p>
    <w:p>
      <w:r>
        <w:t>• Bureautique : [logiciels et opérations réellement maîtrisés].</w:t>
        <w:br/>
        <w:t>• Coordination : [tâches et responsabilités exercées].</w:t>
        <w:br/>
        <w:t>• Communication : [rédaction, service à la clientèle, langues et niveau réel].</w:t>
        <w:br/>
        <w:t>• Organisation : [méthodes de classement ou de suivi utilisées].</w:t>
      </w:r>
    </w:p>
    <w:p>
      <w:pPr>
        <w:pStyle w:val="Heading2"/>
      </w:pPr>
      <w:r>
        <w:t>Expérience professionnelle</w:t>
      </w:r>
    </w:p>
    <w:p>
      <w:r>
        <w:t>[Titre du poste] — [Employeur, ville] | [Mois/année – mois/année]</w:t>
        <w:br/>
        <w:t>• [Action réalisée, contexte et résultat concret].</w:t>
        <w:br/>
        <w:t>• [Responsabilité exercée et effet observable].</w:t>
      </w:r>
    </w:p>
    <w:p>
      <w:r>
        <w:t>[Titre du poste précédent] — [Employeur, ville] | [Dates]</w:t>
        <w:br/>
        <w:t>• [Réalisation réelle et pertinente pour le poste visé].</w:t>
      </w:r>
    </w:p>
    <w:p>
      <w:pPr>
        <w:pStyle w:val="Heading2"/>
      </w:pPr>
      <w:r>
        <w:t>Formation et perfectionnement</w:t>
      </w:r>
    </w:p>
    <w:p>
      <w:r>
        <w:t>DEC en Techniques de bureautique — [Établissement]</w:t>
        <w:br/>
        <w:t>[Démarche RAC / en cours / diplôme obtenu : préciser le statut exact et la date]</w:t>
        <w:br/>
        <w:t>[Autre formation pertinente, établissement, année]</w:t>
      </w:r>
    </w:p>
    <w:p>
      <w:pPr>
        <w:pStyle w:val="Heading2"/>
      </w:pPr>
      <w:r>
        <w:t>Projet de formation et portfolio</w:t>
      </w:r>
    </w:p>
    <w:p>
      <w:r>
        <w:t>Épreuve synthèse : réorganisation administrative d’un organisme fictif.</w:t>
        <w:br/>
        <w:t>[Préciser les outils compris, les manipulations maîtrisées et les contributions personnelles au dossier].</w:t>
      </w:r>
    </w:p>
    <w:p>
      <w:r>
        <w:br w:type="page"/>
      </w:r>
    </w:p>
    <w:p>
      <w:pPr>
        <w:pStyle w:val="Heading1"/>
      </w:pPr>
      <w:r>
        <w:t>Lettre de présentation professionnelle</w:t>
      </w:r>
    </w:p>
    <w:p>
      <w:r>
        <w:t>[Prénom et nom]</w:t>
        <w:br/>
        <w:t>[Ville, province]</w:t>
        <w:br/>
        <w:t>[Téléphone] • [Courriel]</w:t>
      </w:r>
    </w:p>
    <w:p>
      <w:r>
        <w:t>[Lieu], le [date]</w:t>
      </w:r>
    </w:p>
    <w:p>
      <w:r>
        <w:t>[Nom de la personne responsable]</w:t>
        <w:br/>
        <w:t>[Fonction]</w:t>
        <w:br/>
        <w:t>[Organisation]</w:t>
        <w:br/>
        <w:t>[Adresse]</w:t>
      </w:r>
    </w:p>
    <w:p>
      <w:pPr>
        <w:pStyle w:val="Heading2"/>
      </w:pPr>
      <w:r>
        <w:t>Objet : Candidature au poste de [titre du poste]</w:t>
      </w:r>
    </w:p>
    <w:p>
      <w:r>
        <w:t>[Madame, Monsieur ou formule adaptée],</w:t>
      </w:r>
    </w:p>
    <w:p>
      <w:r>
        <w:t>Je vous présente ma candidature au poste de [titre] au sein de [organisation]. Mon expérience en [domaine réel] et ma formation en [formation et statut exact] correspondent à votre besoin de [besoin tiré de l’offre d’emploi].</w:t>
      </w:r>
    </w:p>
    <w:p>
      <w:r>
        <w:t>Dans mon poste de [fonction réelle] chez [employeur], j’ai [réalisation vérifiable]. Cette démarche a permis de [résultat réel, chiffré seulement s’il peut être confirmé]. Elle illustre ma capacité à [compétence directement liée au poste].</w:t>
      </w:r>
    </w:p>
    <w:p>
      <w:r>
        <w:t>Je souhaite mettre à contribution mes compétences en [deux compétences maîtrisées] et mon intérêt pour [mission ou activité précise de l’organisation]. Ma démarche de formation m’a également permis de [apprentissage personnel que vous pouvez expliquer et démontrer].</w:t>
      </w:r>
    </w:p>
    <w:p>
      <w:r>
        <w:t>Je serais disponible pour une entrevue afin de discuter de ma candidature et de la contribution que je pourrais apporter à votre équipe. Je vous remercie de l’attention portée à ma demande.</w:t>
      </w:r>
    </w:p>
    <w:p>
      <w:r>
        <w:t>Veuillez recevoir mes salutations distinguées.</w:t>
      </w:r>
    </w:p>
    <w:p>
      <w:r>
        <w:t>[Prénom et nom]</w:t>
        <w:br/>
        <w:t>Pièce jointe : curriculum vitæ</w:t>
      </w:r>
    </w:p>
    <w:p>
      <w:r>
        <w:br w:type="page"/>
      </w:r>
    </w:p>
    <w:p>
      <w:pPr>
        <w:pStyle w:val="Heading1"/>
      </w:pPr>
      <w:r>
        <w:t>Préparation à l’entretien RAC</w:t>
      </w:r>
    </w:p>
    <w:p>
      <w:r>
        <w:t>Les réponses doivent décrire votre vécu. Utiliser la méthode STAR : situation, tâche, actions et résultat. Préparer un exemple réel de 60 à 90 secondes; ne pas apprendre une expérience inventée.</w:t>
      </w:r>
    </w:p>
    <w:p>
      <w:pPr>
        <w:pStyle w:val="Heading2"/>
      </w:pPr>
      <w:r>
        <w:t>Quelle a été votre plus grande réalisation dans vos emplois ?</w:t>
      </w:r>
    </w:p>
    <w:p>
      <w:r>
        <w:t>Choisir un résultat dont vous pouvez expliquer votre rôle exact.</w:t>
      </w:r>
    </w:p>
    <w:p>
      <w:r>
        <w:t>Dans [contexte], il fallait [objectif]. J’étais responsable de [tâche]. J’ai [actions précises]. Le résultat a été [effet observable]. J’en ai retenu [apprentissage].</w:t>
      </w:r>
    </w:p>
    <w:p>
      <w:pPr>
        <w:pStyle w:val="Heading2"/>
      </w:pPr>
      <w:r>
        <w:t>Quelles sont vos principales forces ?</w:t>
      </w:r>
    </w:p>
    <w:p>
      <w:r>
        <w:t>Retenir deux ou trois forces liées à un poste de bureautique.</w:t>
      </w:r>
    </w:p>
    <w:p>
      <w:r>
        <w:t>Mes forces sont [force 1] et [force 2]. Elles se manifestent lorsque je [comportement concret]. Je peux les illustrer par [preuve].</w:t>
      </w:r>
    </w:p>
    <w:p>
      <w:pPr>
        <w:pStyle w:val="Heading2"/>
      </w:pPr>
      <w:r>
        <w:t>Décrivez une situation qui illustre une de vos forces.</w:t>
      </w:r>
    </w:p>
    <w:p>
      <w:r>
        <w:t>Décrire une situation distincte ou approfondir un exemple du CV.</w:t>
      </w:r>
    </w:p>
    <w:p>
      <w:r>
        <w:t>Lors de [situation réelle], j’ai utilisé [force] pour [action]. Cela a permis [résultat]. La contribution des autres personnes était [précision].</w:t>
      </w:r>
    </w:p>
    <w:p>
      <w:pPr>
        <w:pStyle w:val="Heading2"/>
      </w:pPr>
      <w:r>
        <w:t>Que faites-vous pour améliorer un de vos points à améliorer ?</w:t>
      </w:r>
    </w:p>
    <w:p>
      <w:r>
        <w:t>Choisir une difficulté réelle et montrer une action en cours.</w:t>
      </w:r>
    </w:p>
    <w:p>
      <w:r>
        <w:t>Je souhaite améliorer [habileté]. J’ai mis en place [formation, méthode ou pratique]. Je mesure mes progrès par [indicateur ou rétroaction].</w:t>
      </w:r>
    </w:p>
    <w:p>
      <w:r>
        <w:br w:type="page"/>
      </w:r>
    </w:p>
    <w:p>
      <w:pPr>
        <w:pStyle w:val="Heading1"/>
      </w:pPr>
      <w:r>
        <w:t>Préparation à l’entretien — suite</w:t>
      </w:r>
    </w:p>
    <w:p>
      <w:pPr>
        <w:pStyle w:val="Heading2"/>
      </w:pPr>
      <w:r>
        <w:t>Si je parlais à un de vos collègues, que me dirait-il sur vous ?</w:t>
      </w:r>
    </w:p>
    <w:p>
      <w:r>
        <w:t>S’appuyer sur une rétroaction déjà reçue, sans attribuer des propos inventés.</w:t>
      </w:r>
    </w:p>
    <w:p>
      <w:r>
        <w:t>Un commentaire que j’ai reçu est [propos ou idée réellement exprimée]. Il concernait [situation]. Je crois que mes collègues souligneraient [qualité démontrée], tout en m’encourageant à [amélioration].</w:t>
      </w:r>
    </w:p>
    <w:p>
      <w:pPr>
        <w:pStyle w:val="Heading2"/>
      </w:pPr>
      <w:r>
        <w:t>Pour quelle raison avez-vous entrepris de faire votre DEC ?</w:t>
      </w:r>
    </w:p>
    <w:p>
      <w:r>
        <w:t>Expliquer votre motivation personnelle et le lien avec la RAC.</w:t>
      </w:r>
    </w:p>
    <w:p>
      <w:r>
        <w:t>J’ai entrepris cette démarche pour [motivation réelle]. Mon expérience m’a appris [acquis]. Le DEC me permet de [objectif personnel ou professionnel].</w:t>
      </w:r>
    </w:p>
    <w:p>
      <w:pPr>
        <w:pStyle w:val="Heading2"/>
      </w:pPr>
      <w:r>
        <w:t>Quel est votre objectif de carrière dans 5 ans, dans 10 ans ?</w:t>
      </w:r>
    </w:p>
    <w:p>
      <w:r>
        <w:t>Distinguer un objectif crédible et les étapes nécessaires.</w:t>
      </w:r>
    </w:p>
    <w:p>
      <w:r>
        <w:t>Dans cinq ans, je souhaite [objectif]. Pour y arriver, je prévois [étapes]. Dans dix ans, j’aimerais [orientation], selon [conditions ou évolution souhaitée].</w:t>
      </w:r>
    </w:p>
    <w:p>
      <w:pPr>
        <w:pStyle w:val="Heading2"/>
      </w:pPr>
      <w:r>
        <w:t>Préparation du portfolio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rPr>
          <w:tblHeader/>
          <w:cantSplit/>
        </w:trPr>
        <w:tc>
          <w:tcPr>
            <w:tcW w:type="dxa" w:w="2835"/>
            <w:shd w:val="clear" w:color="auto" w:fill="16324F"/>
            <w:vAlign w:val="center"/>
          </w:tcPr>
          <w:p>
            <w:pPr>
              <w:spacing w:after="100" w:before="100" w:line="245" w:lineRule="auto"/>
            </w:pPr>
            <w:r>
              <w:rPr>
                <w:b/>
                <w:color w:val="FFFFFF"/>
                <w:sz w:val="18"/>
              </w:rPr>
              <w:t>Pièce</w:t>
            </w:r>
          </w:p>
        </w:tc>
        <w:tc>
          <w:tcPr>
            <w:tcW w:type="dxa" w:w="6236"/>
            <w:shd w:val="clear" w:color="auto" w:fill="16324F"/>
            <w:vAlign w:val="center"/>
          </w:tcPr>
          <w:p>
            <w:pPr>
              <w:spacing w:after="100" w:before="100" w:line="245" w:lineRule="auto"/>
            </w:pPr>
            <w:r>
              <w:rPr>
                <w:b/>
                <w:color w:val="FFFFFF"/>
                <w:sz w:val="18"/>
              </w:rPr>
              <w:t>Preuve personnelle à réunir</w:t>
            </w:r>
          </w:p>
        </w:tc>
      </w:tr>
      <w:tr>
        <w:trPr>
          <w:cantSplit/>
        </w:trPr>
        <w:tc>
          <w:tcPr>
            <w:tcW w:type="dxa" w:w="2835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CV et lettre</w:t>
            </w:r>
          </w:p>
        </w:tc>
        <w:tc>
          <w:tcPr>
            <w:tcW w:type="dxa" w:w="6236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Dates, titres, employeurs et coordonnées vérifiés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Diplômes et attestations</w:t>
            </w:r>
          </w:p>
        </w:tc>
        <w:tc>
          <w:tcPr>
            <w:tcW w:type="dxa" w:w="6236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Copies des documents réellement obtenus</w:t>
            </w:r>
          </w:p>
        </w:tc>
      </w:tr>
      <w:tr>
        <w:trPr>
          <w:cantSplit/>
        </w:trPr>
        <w:tc>
          <w:tcPr>
            <w:tcW w:type="dxa" w:w="2835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Deux réalisations</w:t>
            </w:r>
          </w:p>
        </w:tc>
        <w:tc>
          <w:tcPr>
            <w:tcW w:type="dxa" w:w="6236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Contexte, rôle personnel, résultat et preuve autorisée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Travail ESP</w:t>
            </w:r>
          </w:p>
        </w:tc>
        <w:tc>
          <w:tcPr>
            <w:tcW w:type="dxa" w:w="6236"/>
            <w:shd w:val="clear" w:color="auto" w:fill="F0F5F8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Expliquer les formules, les règles et les limites des outils</w:t>
            </w:r>
          </w:p>
        </w:tc>
      </w:tr>
      <w:tr>
        <w:trPr>
          <w:cantSplit/>
        </w:trPr>
        <w:tc>
          <w:tcPr>
            <w:tcW w:type="dxa" w:w="2835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Autocritique</w:t>
            </w:r>
          </w:p>
        </w:tc>
        <w:tc>
          <w:tcPr>
            <w:tcW w:type="dxa" w:w="6236"/>
            <w:vAlign w:val="center"/>
          </w:tcPr>
          <w:p>
            <w:pPr>
              <w:spacing w:after="100" w:before="100" w:line="245" w:lineRule="auto"/>
            </w:pPr>
            <w:r>
              <w:rPr>
                <w:sz w:val="18"/>
              </w:rPr>
              <w:t>Forces, point à améliorer, limites et plan de développement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Dossier de démonstration  •  </w:t>
    </w:r>
    <w:r>
      <w:rPr>
        <w:sz w:val="16"/>
      </w:rPr>
      <w:fldChar w:fldCharType="begin" w:dirty="true"/>
    </w:r>
    <w:r>
      <w:rPr>
        <w:sz w:val="16"/>
      </w:rPr>
      <w:instrText xml:space="preserve">PAGE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526477"/>
        <w:sz w:val="16"/>
      </w:rPr>
      <w:t>00V6 — Parcours professionnel à personnaliser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updateFields w:val="true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color w:val="16324F"/>
      <w:sz w:val="22"/>
      <w:lang w:val="fr-C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16324F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/>
      <w:outlineLvl w:val="1"/>
    </w:pPr>
    <w:rPr>
      <w:rFonts w:asciiTheme="majorHAnsi" w:eastAsiaTheme="majorEastAsia" w:hAnsiTheme="majorHAnsi" w:cstheme="majorBidi" w:ascii="Calibri" w:hAnsi="Calibri"/>
      <w:b/>
      <w:bCs/>
      <w:color w:val="007D8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/>
      <w:outlineLvl w:val="2"/>
    </w:pPr>
    <w:rPr>
      <w:rFonts w:asciiTheme="majorHAnsi" w:eastAsiaTheme="majorEastAsia" w:hAnsiTheme="majorHAnsi" w:cstheme="majorBidi" w:ascii="Calibri" w:hAnsi="Calibri"/>
      <w:b/>
      <w:bCs/>
      <w:color w:val="16324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240"/>
      <w:contextualSpacing/>
    </w:pPr>
    <w:rPr>
      <w:rFonts w:asciiTheme="majorHAnsi" w:eastAsiaTheme="majorEastAsia" w:hAnsiTheme="majorHAnsi" w:cstheme="majorBidi" w:ascii="Calibri" w:hAnsi="Calibri"/>
      <w:b/>
      <w:color w:val="16324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240" w:after="160"/>
    </w:pPr>
    <w:rPr>
      <w:rFonts w:asciiTheme="majorHAnsi" w:eastAsiaTheme="majorEastAsia" w:hAnsiTheme="majorHAnsi" w:cstheme="majorBidi" w:ascii="Calibri" w:hAnsi="Calibri"/>
      <w:b w:val="0"/>
      <w:i/>
      <w:iCs/>
      <w:color w:val="007D8A"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00V6 — Parcours professionnel à personnaliser</dc:title>
  <dc:subject/>
  <dc:creator>[Nom à compléter]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fr-CA</dc:language>
</cp:coreProperties>
</file>