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Société d’accueil social et communautaire de ressources adaptées et personnelles</w:t>
      </w:r>
    </w:p>
    <w:p>
      <w:r>
        <w:t>[Adresse de l’organisme]</w:t>
        <w:br/>
        <w:t>[Téléphone] • [Courriel]</w:t>
      </w:r>
    </w:p>
    <w:p>
      <w:r>
        <w:t>Le 14 septembre 2026</w:t>
      </w:r>
    </w:p>
    <w:p>
      <w:r>
        <w:fldChar w:fldCharType="begin" w:dirty="true"/>
      </w:r>
      <w:r>
        <w:instrText xml:space="preserve"> MERGEFIELD Prenom </w:instrText>
      </w:r>
      <w:r>
        <w:fldChar w:fldCharType="separate"/>
      </w:r>
      <w:r>
        <w:t>Camille</w:t>
      </w:r>
      <w:r>
        <w:fldChar w:fldCharType="end"/>
      </w:r>
      <w:r>
        <w:t xml:space="preserve"> </w:t>
      </w:r>
      <w:r>
        <w:fldChar w:fldCharType="begin" w:dirty="true"/>
      </w:r>
      <w:r>
        <w:instrText xml:space="preserve"> MERGEFIELD Nom </w:instrText>
      </w:r>
      <w:r>
        <w:fldChar w:fldCharType="separate"/>
      </w:r>
      <w:r>
        <w:t>Exemple</w:t>
      </w:r>
      <w:r>
        <w:fldChar w:fldCharType="end"/>
      </w:r>
    </w:p>
    <w:p>
      <w:r>
        <w:fldChar w:fldCharType="begin" w:dirty="true"/>
      </w:r>
      <w:r>
        <w:instrText xml:space="preserve"> MERGEFIELD Adresse </w:instrText>
      </w:r>
      <w:r>
        <w:fldChar w:fldCharType="separate"/>
      </w:r>
      <w:r>
        <w:t>101, rue Démonstration</w:t>
      </w:r>
      <w:r>
        <w:fldChar w:fldCharType="end"/>
      </w:r>
    </w:p>
    <w:p>
      <w:r>
        <w:fldChar w:fldCharType="begin" w:dirty="true"/>
      </w:r>
      <w:r>
        <w:instrText xml:space="preserve"> MERGEFIELD Ville </w:instrText>
      </w:r>
      <w:r>
        <w:fldChar w:fldCharType="separate"/>
      </w:r>
      <w:r>
        <w:t>Ville Exemple</w:t>
      </w:r>
      <w:r>
        <w:fldChar w:fldCharType="end"/>
      </w:r>
      <w:r>
        <w:t xml:space="preserve"> (</w:t>
      </w:r>
      <w:r>
        <w:fldChar w:fldCharType="begin" w:dirty="true"/>
      </w:r>
      <w:r>
        <w:instrText xml:space="preserve"> MERGEFIELD Province </w:instrText>
      </w:r>
      <w:r>
        <w:fldChar w:fldCharType="separate"/>
      </w:r>
      <w:r>
        <w:t>QC</w:t>
      </w:r>
      <w:r>
        <w:fldChar w:fldCharType="end"/>
      </w:r>
      <w:r>
        <w:t xml:space="preserve">)  </w:t>
      </w:r>
      <w:r>
        <w:fldChar w:fldCharType="begin" w:dirty="true"/>
      </w:r>
      <w:r>
        <w:instrText xml:space="preserve"> MERGEFIELD Code_postal </w:instrText>
      </w:r>
      <w:r>
        <w:fldChar w:fldCharType="separate"/>
      </w:r>
      <w:r>
        <w:t>H0H 0H0</w:t>
      </w:r>
      <w:r>
        <w:fldChar w:fldCharType="end"/>
      </w:r>
    </w:p>
    <w:p>
      <w:pPr>
        <w:pStyle w:val="Heading2"/>
      </w:pPr>
      <w:r>
        <w:t>Objet : Cinq ans à vos côtés</w:t>
      </w:r>
    </w:p>
    <w:p>
      <w:r>
        <w:t>Bonjour,</w:t>
      </w:r>
    </w:p>
    <w:p>
      <w:r>
        <w:t>Notre organisme célèbre son cinquième anniversaire. Depuis cinq ans, notre équipe réunit des services professionnels en droit, en psychologie et en sexologie afin de répondre aux besoins de notre clientèle.</w:t>
      </w:r>
    </w:p>
    <w:p>
      <w:r>
        <w:t>Votre confiance contribue à notre développement et nous vous en remercions. Cet anniversaire est l’occasion de réaffirmer notre engagement à vous offrir un accueil attentif et des services de qualité.</w:t>
      </w:r>
    </w:p>
    <w:p>
      <w:r>
        <w:fldChar w:fldCharType="begin" w:dirty="true"/>
      </w:r>
      <w:r>
        <w:instrText xml:space="preserve"> IF </w:instrText>
      </w:r>
      <w:r>
        <w:fldChar w:fldCharType="begin" w:dirty="true"/>
      </w:r>
      <w:r>
        <w:instrText xml:space="preserve"> MERGEFIELD Admissible </w:instrText>
      </w:r>
      <w:r>
        <w:fldChar w:fldCharType="separate"/>
      </w:r>
      <w:r/>
      <w:r>
        <w:fldChar w:fldCharType="end"/>
      </w:r>
      <w:r>
        <w:instrText xml:space="preserve"> = "Oui" "Pour souligner également la première année d’activités de notre service de sexologie, nous vous remercions de votre confiance en vous offrant un rabais de 5 % sur vos consultations de sexologie du </w:instrText>
      </w:r>
      <w:r>
        <w:fldChar w:fldCharType="begin" w:dirty="true"/>
      </w:r>
      <w:r>
        <w:instrText xml:space="preserve"> MERGEFIELD Debut_promotion </w:instrText>
      </w:r>
      <w:r>
        <w:fldChar w:fldCharType="separate"/>
      </w:r>
      <w:r/>
      <w:r>
        <w:fldChar w:fldCharType="end"/>
      </w:r>
      <w:r>
        <w:instrText xml:space="preserve"> au </w:instrText>
      </w:r>
      <w:r>
        <w:fldChar w:fldCharType="begin" w:dirty="true"/>
      </w:r>
      <w:r>
        <w:instrText xml:space="preserve"> MERGEFIELD Fin_promotion </w:instrText>
      </w:r>
      <w:r>
        <w:fldChar w:fldCharType="separate"/>
      </w:r>
      <w:r/>
      <w:r>
        <w:fldChar w:fldCharType="end"/>
      </w:r>
      <w:r>
        <w:instrText xml:space="preserve"> inclusivement. Le rabais sera appliqué automatiquement à la facturation de ces consultations admissibles." "" </w:instrText>
      </w:r>
      <w:r>
        <w:fldChar w:fldCharType="separate"/>
      </w:r>
      <w:r>
        <w:t>Pour souligner également la première année d’activités de notre service de sexologie, nous vous remercions de votre confiance en vous offrant un rabais de 5 % sur vos consultations de sexologie du 2026-09-01 au 2027-08-31 inclusivement. Le rabais sera appliqué automatiquement à la facturation de ces consultations admissibles.</w:t>
      </w:r>
      <w:r>
        <w:fldChar w:fldCharType="end"/>
      </w:r>
    </w:p>
    <w:p>
      <w:r>
        <w:t>Pour obtenir des renseignements sur nos services ou prendre rendez-vous, veuillez communiquer avec notre réception aux coordonnées indiquées en tête de lettre.</w:t>
      </w:r>
    </w:p>
    <w:p>
      <w:r>
        <w:t>Nous vous prions de recevoir nos salutations les meilleures.</w:t>
      </w:r>
    </w:p>
    <w:p>
      <w:r>
        <w:t>Henriette Bonmarché</w:t>
        <w:br/>
        <w:t>Directrice générale</w:t>
      </w:r>
    </w:p>
    <w:p>
      <w:pPr>
        <w:pStyle w:val="Caption"/>
      </w:pPr>
      <w:r>
        <w:t>Démonstration : coordonnées et date d’envoi à confirmer avant diffusion.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Dossier de démonstration  •  </w:t>
    </w:r>
    <w:r>
      <w:rPr>
        <w:sz w:val="16"/>
      </w:rPr>
      <w:fldChar w:fldCharType="begin" w:dirty="true"/>
    </w:r>
    <w:r>
      <w:rPr>
        <w:sz w:val="16"/>
      </w:rPr>
      <w:instrText xml:space="preserve"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26477"/>
        <w:sz w:val="16"/>
      </w:rPr>
      <w:t>Correspondance — Anniversaire de l’organisme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mailMerge>
    <w:mainDocumentType w:val="formLetters"/>
    <w:linkToQuery w:val="true"/>
    <w:dataType w:val="spreadsheet"/>
    <w:connectString w:val="Provider=Microsoft.ACE.OLEDB.12.0;Data Source=E:\GDRIVE\SERVEUR ET PRODUCTION WEB\2025\REBIRTH\travail a faire\ESP_00VB_Livrables\03_Gestion_organisme.xlsx;Extended Properties=&quot;HDR=YES;IMEX=1;Excel 12.0 Xml;&quot;"/>
    <w:query w:val="SELECT * FROM `Fusion$` WHERE `Envoyer` = 'Oui'"/>
    <w:dataSource r:id="rId1"/>
    <w:viewMergedData w:val="true"/>
    <w:activeRecord w:val="0"/>
    <w:odso>
      <w:udl w:val="Provider=Microsoft.ACE.OLEDB.12.0;Data Source=E:\GDRIVE\SERVEUR ET PRODUCTION WEB\2025\REBIRTH\travail a faire\ESP_00VB_Livrables\03_Gestion_organisme.xlsx;Extended Properties=&quot;HDR=YES;IMEX=1;Excel 12.0 Xml;&quot;"/>
      <w:table w:val="Fusion$"/>
      <w:src r:id="rId1"/>
      <w:fHdr w:val="true"/>
    </w:odso>
  </w:mailMerge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6324F"/>
      <w:sz w:val="22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7D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40"/>
      <w:contextualSpacing/>
    </w:pPr>
    <w:rPr>
      <w:rFonts w:asciiTheme="majorHAnsi" w:eastAsiaTheme="majorEastAsia" w:hAnsiTheme="majorHAnsi" w:cstheme="majorBidi" w:ascii="Calibri" w:hAnsi="Calibri"/>
      <w:b/>
      <w:color w:val="16324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40" w:after="160"/>
    </w:pPr>
    <w:rPr>
      <w:rFonts w:asciiTheme="majorHAnsi" w:eastAsiaTheme="majorEastAsia" w:hAnsiTheme="majorHAnsi" w:cstheme="majorBidi" w:ascii="Calibri" w:hAnsi="Calibri"/>
      <w:b w:val="0"/>
      <w:i/>
      <w:iCs/>
      <w:color w:val="007D8A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mailMergeSource" Target="file:///E:/GDRIVE/SERVEUR%20ET%20PRODUCTION%20WEB/2025/REBIRTH/travail%20a%20faire/ESP_00VB_Livrables/03_Gestion_organisme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Correspondance — Anniversaire de l’organisme</dc:title>
  <dc:subject/>
  <dc:creator>[Nom à compléter]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fr-CA</dc:language>
</cp:coreProperties>
</file>